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STAR TRAVEL GROUP</w:t>
      </w:r>
    </w:p>
    <w:p>
      <w:pPr>
        <w:pStyle w:val="Title"/>
      </w:pPr>
      <w:r>
        <w:t>Aviso de privacidad</w:t>
      </w:r>
    </w:p>
    <w:p>
      <w:r>
        <w:t>Versión 1.2 · Fecha de publicación indicada: 5 de octubre de 2026 · Última actualización: 13 de octubre de 2026</w:t>
      </w:r>
    </w:p>
    <w:p>
      <w:r>
        <w:t>Catálogo de viajes y atención de solicitudes en startravelgroup.com.mx.</w:t>
      </w:r>
    </w:p>
    <w:p>
      <w:pPr>
        <w:pStyle w:val="Heading1"/>
      </w:pPr>
      <w:r>
        <w:t>Responsable y contacto</w:t>
      </w:r>
    </w:p>
    <w:p>
      <w:r>
        <w:t>Star Travel Group, persona moral con RFC STG2608243C4, que utiliza el mismo nombre comercial, es responsable del tratamiento de los datos personales descritos en este aviso.</w:t>
      </w:r>
    </w:p>
    <w:p>
      <w:r>
        <w:t>Este aviso comprende las consultas de viaje, solicitudes de cotización y manifestaciones de interés para colaborar como asesor recibidas mediante startravelgroup.com.mx, WhatsApp, correo electrónico, teléfono, redes sociales oficiales y atención presencial. Para asuntos de privacidad y derechos ARCO, escribe a sales@startravelgroup.com, con el asunto Privacidad. Teléfono y WhatsApp: +52 56 5769 0102.</w:t>
      </w:r>
    </w:p>
    <w:p>
      <w:pPr>
        <w:pStyle w:val="Heading1"/>
      </w:pPr>
      <w:r>
        <w:t>Datos que podemos tratar</w:t>
      </w:r>
    </w:p>
    <w:p>
      <w:r>
        <w:t>Según el medio que utilices y la información que nos proporciones, podemos tratar tu nombre, teléfono, correo electrónico, datos de perfil visibles en el canal de contacto y contenido de tus mensajes. Para cotizaciones, tratamos el destino o programa de interés, mes o fechas de viaje, número de viajeros y preferencias que comuniques. Para consultas sobre colaboración, tratamos tus datos de contacto, localidad, experiencia y disponibilidad, cuando los compartas.</w:t>
      </w:r>
    </w:p>
    <w:p>
      <w:r>
        <w:t>El formulario actual del sitio prepara un mensaje de WhatsApp con los datos que introduces. El envío se realiza cuando tú lo confirmas en ese servicio; el sitio no ofrece cuentas de usuario ni un sistema propio de reservación o pago en línea. Una vez recibido el mensaje, Star Travel Group sí trata la información contenida en él.</w:t>
      </w:r>
    </w:p>
    <w:p>
      <w:r>
        <w:t>Los servicios de alojamiento web y entrega de contenido pueden procesar dirección IP, fecha y hora de acceso, navegador, dispositivo y registros técnicos necesarios para servir las páginas y atender incidencias.</w:t>
      </w:r>
    </w:p>
    <w:p>
      <w:pPr>
        <w:pStyle w:val="Heading1"/>
      </w:pPr>
      <w:r>
        <w:t>Datos sensibles y documentación de viajeros</w:t>
      </w:r>
    </w:p>
    <w:p>
      <w:r>
        <w:t>El contacto inicial no requiere datos de salud, documentos de identidad, pasaportes, números de tarjetas ni información bancaria. Evita incluirlos en los comentarios del formulario o en mensajes iniciales. No solicitamos datos personales sensibles para elaborar una cotización general ni para recibir una solicitud de colaboración.</w:t>
      </w:r>
    </w:p>
    <w:p>
      <w:r>
        <w:t>Si una gestión posterior requiere documentación de viajeros, datos financieros o información sensible, antes de recabarla explicaremos qué datos son necesarios, su finalidad, destinatarios y canal de entrega, y pondremos a tu disposición el aviso aplicable. Recabaremos el consentimiento expreso y, para datos sensibles, expreso y por escrito, cuando corresponda conforme a la ley. Proporcionar voluntariamente información sensible no sustituye esos requisitos.</w:t>
      </w:r>
    </w:p>
    <w:p>
      <w:pPr>
        <w:pStyle w:val="Heading1"/>
      </w:pPr>
      <w:r>
        <w:t>Finalidades necesarias</w:t>
      </w:r>
    </w:p>
    <w:p>
      <w:r>
        <w:t>Utilizamos tus datos para responder consultas; elaborar y dar seguimiento a cotizaciones; ofrecer asesoría sobre itinerarios, vuelos, hospedaje, servicios incluidos y opciones de asistencia; organizar una cita de atención, si la solicitas; atender aclaraciones o reclamaciones; y conservar constancia de nuestras comunicaciones cuando sea necesario para la gestión solicitada o para cumplir obligaciones legales.</w:t>
      </w:r>
    </w:p>
    <w:p>
      <w:r>
        <w:t>En solicitudes de colaboración, los utilizamos para responder, conocer tu interés y comunicarnos contigo sobre una posible incorporación. Este tratamiento no supone aprobación de una afiliación, contratación laboral ni aceptación de condiciones comerciales.</w:t>
      </w:r>
    </w:p>
    <w:p>
      <w:r>
        <w:t>Solicitamos únicamente la información pertinente para cada finalidad. Puedes consultar el catálogo sin proporcionarnos datos de contacto.</w:t>
      </w:r>
    </w:p>
    <w:p>
      <w:pPr>
        <w:pStyle w:val="Heading1"/>
      </w:pPr>
      <w:r>
        <w:t>Promociones y otras finalidades opcionales</w:t>
      </w:r>
    </w:p>
    <w:p>
      <w:r>
        <w:t>El envío de publicidad, promociones o novedades ajenas al seguimiento de tu solicitud será una finalidad opcional y requerirá que aceptes recibir esas comunicaciones mediante una opción separada. Contactarnos, solicitar una cotización o manifestar interés en colaborar no te inscribe automáticamente en una lista promocional.</w:t>
      </w:r>
    </w:p>
    <w:p>
      <w:r>
        <w:t>Puedes negar o retirar esa autorización en cualquier momento escribiendo a sales@startravelgroup.com con el asunto Baja de promociones. Tu decisión no afecta la atención de tu consulta ni la gestión de los servicios que hayas solicitado.</w:t>
      </w:r>
    </w:p>
    <w:p>
      <w:pPr>
        <w:pStyle w:val="Heading1"/>
      </w:pPr>
      <w:r>
        <w:t>Proveedores y transferencias de datos</w:t>
      </w:r>
    </w:p>
    <w:p>
      <w:r>
        <w:t>Consultar un programa no envía automáticamente tus datos a la operadora que aparece en su ficha. Para una consulta que no requiera identificarte, procuraremos compartir únicamente los requisitos del viaje, sin datos que te identifiquen.</w:t>
      </w:r>
    </w:p>
    <w:p>
      <w:r>
        <w:t>Si solicitas una gestión que requiera transmitir datos a una operadora, aerolínea, hotel o proveedor de asistencia, te informaremos quién los recibirá, para qué y qué datos son necesarios antes de efectuar la transmisión. Aplicaremos las excepciones legales pertinentes y solicitaremos tu consentimiento cuando la transferencia lo requiera. Los destinatarios podrán estar en México o en el extranjero, según el servicio solicitado. No autorizamos transferencias para publicidad de terceros con base en tu solicitud de cotización.</w:t>
      </w:r>
    </w:p>
    <w:p>
      <w:r>
        <w:t>Para transferencias que requieran consentimiento, ofreceremos una elección expresa: “Acepto la transferencia de mis datos al destinatario y para la finalidad que se me han informado” o “No acepto”. La negativa puede impedir esa gestión concreta si los datos son indispensables, pero no impide consultar el catálogo.</w:t>
      </w:r>
    </w:p>
    <w:p>
      <w:r>
        <w:t>Los proveedores que traten información exclusivamente por cuenta de Star Travel Group deberán hacerlo conforme a nuestras instrucciones y a las obligaciones de protección de datos aplicables. Cuando tú utilices WhatsApp, Instagram u otro servicio externo, dicho servicio también tratará datos conforme a su propio aviso de privacidad, como responsable independiente.</w:t>
      </w:r>
    </w:p>
    <w:p>
      <w:pPr>
        <w:pStyle w:val="Heading1"/>
      </w:pPr>
      <w:r>
        <w:t>Tecnologías y contenido de terceros</w:t>
      </w:r>
    </w:p>
    <w:p>
      <w:r>
        <w:t>El desarrollo actual del sitio no incorpora herramientas propias de analítica publicitaria ni píxeles de remarketing. Algunas imágenes se cargan desde servidores de terceros. Al reproducir videos o abrir revistas y documentos externos, tu navegador puede conectarse a YouTube, a los visores o a los sitios de las operadoras; estos pueden recibir datos técnicos y utilizar cookies u otras tecnologías conforme a sus políticas.</w:t>
      </w:r>
      <w:r>
        <w:t xml:space="preserve"> Al cargar el visor de Instagram en Inspiración, te conectarás a Instagram, que podrá recibir datos técnicos y utilizar cookies conforme a sus políticas. El visor se activa cuando tú eliges cargarlo; las imágenes de la publicación seleccionada se sirven desde nuestro sitio.</w:t>
      </w:r>
    </w:p>
    <w:p>
      <w:r>
        <w:t>Puedes administrar o eliminar cookies mediante la configuración de tu navegador y optar por no activar contenido externo. Algunas funciones pueden verse limitadas. Si incorporamos tecnologías adicionales que traten datos personales, actualizaremos la información correspondiente y habilitaremos las opciones o consentimientos que resulten necesarios.</w:t>
      </w:r>
    </w:p>
    <w:p>
      <w:pPr>
        <w:pStyle w:val="Heading1"/>
      </w:pPr>
      <w:r>
        <w:t>Derechos ARCO y procedimiento</w:t>
      </w:r>
    </w:p>
    <w:p>
      <w:r>
        <w:t>Puedes solicitar acceso a tus datos; rectificar datos inexactos; pedir su cancelación cuando proceda; u oponerte a determinados tratamientos. Envía tu solicitud a sales@startravelgroup.com con el asunto Solicitud ARCO e incluye tu nombre, un medio para recibir respuesta, el derecho que deseas ejercer y la información que facilite localizar tus datos. Describe los datos involucrados, salvo en solicitudes generales de acceso; para rectificación, indica los cambios y aporta su sustento.</w:t>
      </w:r>
    </w:p>
    <w:p>
      <w:r>
        <w:t>Deberás acreditar tu identidad y, si actúas mediante representante, su identidad y representación. Te indicaremos un medio adecuado para entregar esa acreditación y solicitar solo lo necesario. No envíes documentos de identidad en comentarios públicos de redes sociales.</w:t>
      </w:r>
    </w:p>
    <w:p>
      <w:r>
        <w:t>Comunicaremos la determinación dentro de los veinte días hábiles siguientes a la recepción de la solicitud y, si procede, la haremos efectiva dentro de los quince días hábiles siguientes a la respuesta. Estos plazos podrán ampliarse una sola vez por un periodo igual cuando exista justificación, que se te comunicará. El acceso se facilitará mediante documentos electrónicos u otro medio acordado. El ejercicio es gratuito, sin perjuicio de los costos de reproducción o envío permitidos por la ley.</w:t>
      </w:r>
    </w:p>
    <w:p>
      <w:r>
        <w:t>Cuando una solicitud no proceda total o parcialmente, explicaremos el motivo legal. Conservas tu derecho a acudir a la Secretaría Anticorrupción y Buen Gobierno por los medios oficiales habilitados para la protección de datos personales.</w:t>
      </w:r>
    </w:p>
    <w:p>
      <w:pPr>
        <w:pStyle w:val="Heading1"/>
      </w:pPr>
      <w:r>
        <w:t>Revocación y limitación del uso</w:t>
      </w:r>
    </w:p>
    <w:p>
      <w:r>
        <w:t>Puedes solicitar la revocación de tu consentimiento o la limitación del uso o divulgación de tus datos en sales@startravelgroup.com. Utiliza el asunto Revocación o limitación e identifica el tratamiento que deseas detener. Aplicaremos la verificación de identidad y te informaremos el resultado y, en su caso, los efectos sobre la gestión solicitada.</w:t>
      </w:r>
    </w:p>
    <w:p>
      <w:r>
        <w:t>La revocación no tiene efectos retroactivos y no elimina tratamientos necesarios para cumplir obligaciones legales. Para finalidades promocionales, puedes solicitar también tu inclusión en nuestra lista de exclusión.</w:t>
      </w:r>
    </w:p>
    <w:p>
      <w:pPr>
        <w:pStyle w:val="Heading1"/>
      </w:pPr>
      <w:r>
        <w:t>Conservación seguridad y menores de edad</w:t>
      </w:r>
    </w:p>
    <w:p>
      <w:r>
        <w:t>Conservaremos la información durante el tiempo necesario para atender la solicitud y cumplir las obligaciones legales o responsabilidades que correspondan. Cuando deje de ser necesaria, procederemos a su cancelación o al bloqueo previo que exija la ley. Las cuentas y servicios externos pueden tener sus propios plazos de conservación.</w:t>
      </w:r>
    </w:p>
    <w:p>
      <w:r>
        <w:t>Adoptaremos medidas administrativas, técnicas y físicas acordes con los datos y riesgos del tratamiento, y limitaremos el acceso a quienes lo necesiten para sus funciones. Si ocurre una vulneración que afecte significativamente tus derechos patrimoniales o morales, te informaremos conforme a la ley.</w:t>
      </w:r>
    </w:p>
    <w:p>
      <w:r>
        <w:t>Las gestiones que involucren datos de menores deberán realizarse por quien ejerza la patria potestad, tutela o representación correspondiente, con las autorizaciones que procedan. No solicitamos información de menores para campañas promocionales ni para el contacto de asesores.</w:t>
      </w:r>
    </w:p>
    <w:p>
      <w:pPr>
        <w:pStyle w:val="Heading1"/>
      </w:pPr>
      <w:r>
        <w:t>Cambios al aviso</w:t>
      </w:r>
    </w:p>
    <w:p>
      <w:r>
        <w:t>Las modificaciones se comunicarán mediante la publicación de la versión actualizada en el apartado Aviso de privacidad de startravelgroup.com.mx, indicando su fecha. Cuando el cambio exija un nuevo consentimiento, lo solicitaremos antes de aplicar el tratamiento correspondiente. Fecha de actualización de este aviso: 13 de octubre de 2026.</w:t>
      </w:r>
    </w:p>
    <w:p>
      <w:pPr>
        <w:pStyle w:val="Heading1"/>
      </w:pPr>
      <w:r>
        <w:t>Aviso breve para el contacto inicial</w:t>
      </w:r>
    </w:p>
    <w:p>
      <w:r>
        <w:t>Star Travel Group, persona moral con RFC STG2608243C4, que utiliza el nombre comercial Star Travel Group, tratará los datos de contacto y de tu consulta para responder, preparar y dar seguimiento a cotizaciones o atender tu interés en colaborar, según lo que solicites.</w:t>
      </w:r>
    </w:p>
    <w:p>
      <w:r>
        <w:t>El formulario prepara un mensaje que tú decides enviar por WhatsApp. No incluyas pasaportes, tarjetas ni información de salud en el contacto inicial. No te incorporamos automáticamente a listas promocionales ni compartimos tus datos con una operadora por consultar su catálogo.</w:t>
      </w:r>
    </w:p>
    <w:p>
      <w:r>
        <w:t>Puedes ejercer tus derechos ARCO, revocar el consentimiento o limitar el uso de tus datos en sales@startravelgroup.com. Consulta el Aviso de privacidad integral en el apartado correspondiente de startravelgroup.com.mx.</w:t>
      </w:r>
    </w:p>
    <w:sectPr w:rsidR="00FC693F" w:rsidRPr="0006063C" w:rsidSect="00034616">
      <w:footerReference w:type="default" r:id="rId9"/>
      <w:head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Star Travel Group · Versión 1.2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dc:title>
  <dc:subject/>
  <dc:creator>Star Travel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